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214C5" w14:textId="77777777" w:rsidR="00EB1DC7" w:rsidRDefault="00053A6B">
      <w:pPr>
        <w:pStyle w:val="Title"/>
      </w:pPr>
      <w:r>
        <w:t>SCHOOL STREETS APPLICATION FOR SCHOOL STREET EXEMPTION</w:t>
      </w:r>
    </w:p>
    <w:p w14:paraId="77ACEAF7" w14:textId="77777777" w:rsidR="00EB1DC7" w:rsidRDefault="00053A6B">
      <w:r>
        <w:rPr>
          <w:b/>
        </w:rPr>
        <w:t xml:space="preserve">Please </w:t>
      </w:r>
      <w:proofErr w:type="gramStart"/>
      <w:r>
        <w:rPr>
          <w:b/>
        </w:rPr>
        <w:t>note,</w:t>
      </w:r>
      <w:proofErr w:type="gramEnd"/>
      <w:r>
        <w:rPr>
          <w:b/>
        </w:rPr>
        <w:t xml:space="preserve"> both digital and paper versions available.</w:t>
      </w:r>
      <w:r>
        <w:rPr>
          <w:b/>
        </w:rPr>
        <w:br/>
      </w:r>
    </w:p>
    <w:p w14:paraId="1307E9F8" w14:textId="77777777" w:rsidR="00EB1DC7" w:rsidRDefault="00053A6B">
      <w:pPr>
        <w:pStyle w:val="Heading1"/>
      </w:pPr>
      <w:r>
        <w:t>Applicant Details</w:t>
      </w:r>
    </w:p>
    <w:p w14:paraId="0C030CE2" w14:textId="77777777" w:rsidR="00EB1DC7" w:rsidRDefault="00053A6B">
      <w:r>
        <w:t>Title: ____________________</w:t>
      </w:r>
    </w:p>
    <w:p w14:paraId="1C75564F" w14:textId="77777777" w:rsidR="00EB1DC7" w:rsidRDefault="00053A6B">
      <w:r>
        <w:t>First Name: ____________________</w:t>
      </w:r>
    </w:p>
    <w:p w14:paraId="6A8242F8" w14:textId="77777777" w:rsidR="00EB1DC7" w:rsidRDefault="00053A6B">
      <w:r>
        <w:t>Last Name: ____________________</w:t>
      </w:r>
    </w:p>
    <w:p w14:paraId="769573BD" w14:textId="77777777" w:rsidR="00EB1DC7" w:rsidRDefault="08EDA4D6">
      <w:r>
        <w:t>Business Name (if applicable</w:t>
      </w:r>
      <w:proofErr w:type="gramStart"/>
      <w:r>
        <w:t>): _</w:t>
      </w:r>
      <w:proofErr w:type="gramEnd"/>
      <w:r>
        <w:t>___________________</w:t>
      </w:r>
    </w:p>
    <w:p w14:paraId="63CE04A4" w14:textId="2ACC03A7" w:rsidR="00EB1DC7" w:rsidRPr="00C02F76" w:rsidRDefault="04EA9CBD" w:rsidP="08EDA4D6">
      <w:pPr>
        <w:spacing w:after="0"/>
      </w:pPr>
      <w:r w:rsidRPr="00C02F76">
        <w:rPr>
          <w:rFonts w:ascii="Aptos" w:eastAsia="Aptos" w:hAnsi="Aptos" w:cs="Aptos"/>
          <w:sz w:val="24"/>
          <w:szCs w:val="24"/>
        </w:rPr>
        <w:t>Address of the property for which access is required</w:t>
      </w:r>
    </w:p>
    <w:p w14:paraId="42AF466A" w14:textId="3B9D0719" w:rsidR="00EB1DC7" w:rsidRDefault="08EDA4D6">
      <w:r>
        <w:t xml:space="preserve"> (including house name/number</w:t>
      </w:r>
      <w:proofErr w:type="gramStart"/>
      <w:r>
        <w:t>): __</w:t>
      </w:r>
      <w:proofErr w:type="gramEnd"/>
      <w:r>
        <w:t>__________________</w:t>
      </w:r>
    </w:p>
    <w:p w14:paraId="429999C9" w14:textId="77777777" w:rsidR="00EB1DC7" w:rsidRDefault="00053A6B">
      <w:r>
        <w:t>Postcode: ____________________</w:t>
      </w:r>
    </w:p>
    <w:p w14:paraId="63AB8AEC" w14:textId="77777777" w:rsidR="00EB1DC7" w:rsidRDefault="00053A6B">
      <w:pPr>
        <w:pStyle w:val="Heading1"/>
      </w:pPr>
      <w:r>
        <w:t>Type of Exemption</w:t>
      </w:r>
    </w:p>
    <w:p w14:paraId="54B3EF97" w14:textId="77777777" w:rsidR="00EB1DC7" w:rsidRDefault="00053A6B">
      <w:r>
        <w:t>☐ Residents Exemption</w:t>
      </w:r>
    </w:p>
    <w:p w14:paraId="144CD51D" w14:textId="77777777" w:rsidR="00EB1DC7" w:rsidRDefault="00053A6B">
      <w:r>
        <w:t>☐ Visitor/Carers Exemption</w:t>
      </w:r>
    </w:p>
    <w:p w14:paraId="7B6E2C13" w14:textId="77777777" w:rsidR="00EB1DC7" w:rsidRDefault="00053A6B">
      <w:r>
        <w:t>☐ Business Permit</w:t>
      </w:r>
    </w:p>
    <w:p w14:paraId="06A1D5C5" w14:textId="77777777" w:rsidR="00EB1DC7" w:rsidRDefault="00053A6B">
      <w:r>
        <w:t>☐ Blue Badge/SEN Exemption</w:t>
      </w:r>
    </w:p>
    <w:p w14:paraId="5AAB68D8" w14:textId="77777777" w:rsidR="00EB1DC7" w:rsidRDefault="08EDA4D6">
      <w:r>
        <w:t>☐ School Exemption</w:t>
      </w:r>
    </w:p>
    <w:p w14:paraId="6F2F9B32" w14:textId="5709E6FB" w:rsidR="784D288A" w:rsidRPr="00C02F76" w:rsidRDefault="784D288A" w:rsidP="00C02F76">
      <w:pPr>
        <w:pStyle w:val="Heading1"/>
      </w:pPr>
      <w:r w:rsidRPr="00C02F76">
        <w:t xml:space="preserve">Scheme </w:t>
      </w:r>
    </w:p>
    <w:p w14:paraId="68374AC2" w14:textId="73183FD7" w:rsidR="784D288A" w:rsidRPr="00C02F76" w:rsidRDefault="784D288A" w:rsidP="08EDA4D6">
      <w:pPr>
        <w:spacing w:after="160"/>
      </w:pPr>
      <w:r w:rsidRPr="00C02F76">
        <w:rPr>
          <w:rFonts w:ascii="Aptos" w:eastAsia="Aptos" w:hAnsi="Aptos" w:cs="Aptos"/>
          <w:sz w:val="24"/>
          <w:szCs w:val="24"/>
        </w:rPr>
        <w:t xml:space="preserve">Medlock Way  </w:t>
      </w:r>
    </w:p>
    <w:p w14:paraId="759980F2" w14:textId="5FB93E3E" w:rsidR="784D288A" w:rsidRPr="00C02F76" w:rsidRDefault="784D288A" w:rsidP="08EDA4D6">
      <w:pPr>
        <w:spacing w:after="160"/>
      </w:pPr>
      <w:r w:rsidRPr="00C02F76">
        <w:rPr>
          <w:rFonts w:ascii="Aptos" w:eastAsia="Aptos" w:hAnsi="Aptos" w:cs="Aptos"/>
          <w:sz w:val="24"/>
          <w:szCs w:val="24"/>
        </w:rPr>
        <w:t xml:space="preserve">Queens Road </w:t>
      </w:r>
    </w:p>
    <w:p w14:paraId="2E9D61B6" w14:textId="70FF3328" w:rsidR="784D288A" w:rsidRPr="00C02F76" w:rsidRDefault="784D288A" w:rsidP="08EDA4D6">
      <w:pPr>
        <w:spacing w:after="160"/>
      </w:pPr>
      <w:r w:rsidRPr="00C02F76">
        <w:rPr>
          <w:rFonts w:ascii="Aptos" w:eastAsia="Aptos" w:hAnsi="Aptos" w:cs="Aptos"/>
          <w:sz w:val="24"/>
          <w:szCs w:val="24"/>
        </w:rPr>
        <w:t xml:space="preserve">Knowsley </w:t>
      </w:r>
      <w:r w:rsidR="00ED6DF6" w:rsidRPr="00C02F76">
        <w:rPr>
          <w:rFonts w:ascii="Aptos" w:eastAsia="Aptos" w:hAnsi="Aptos" w:cs="Aptos"/>
          <w:sz w:val="24"/>
          <w:szCs w:val="24"/>
        </w:rPr>
        <w:t xml:space="preserve">Junior </w:t>
      </w:r>
      <w:r w:rsidR="00D312B2" w:rsidRPr="00C02F76">
        <w:rPr>
          <w:rFonts w:ascii="Aptos" w:eastAsia="Aptos" w:hAnsi="Aptos" w:cs="Aptos"/>
          <w:sz w:val="24"/>
          <w:szCs w:val="24"/>
        </w:rPr>
        <w:t xml:space="preserve">School </w:t>
      </w:r>
      <w:r w:rsidRPr="00C02F76">
        <w:rPr>
          <w:rFonts w:ascii="Aptos" w:eastAsia="Aptos" w:hAnsi="Aptos" w:cs="Aptos"/>
          <w:sz w:val="24"/>
          <w:szCs w:val="24"/>
        </w:rPr>
        <w:t>(please specify Stoneleigh entrance OR Knowsley entrance</w:t>
      </w:r>
      <w:r w:rsidR="007861F2" w:rsidRPr="00C02F76">
        <w:rPr>
          <w:rFonts w:ascii="Aptos" w:eastAsia="Aptos" w:hAnsi="Aptos" w:cs="Aptos"/>
          <w:sz w:val="24"/>
          <w:szCs w:val="24"/>
        </w:rPr>
        <w:t>)</w:t>
      </w:r>
      <w:r w:rsidRPr="00C02F76">
        <w:rPr>
          <w:rFonts w:ascii="Aptos" w:eastAsia="Aptos" w:hAnsi="Aptos" w:cs="Aptos"/>
          <w:sz w:val="24"/>
          <w:szCs w:val="24"/>
        </w:rPr>
        <w:t xml:space="preserve"> </w:t>
      </w:r>
    </w:p>
    <w:p w14:paraId="0347F890" w14:textId="4E8C6B29" w:rsidR="08EDA4D6" w:rsidRDefault="08EDA4D6"/>
    <w:p w14:paraId="1DD61D21" w14:textId="77777777" w:rsidR="00EB1DC7" w:rsidRDefault="00053A6B">
      <w:pPr>
        <w:pStyle w:val="Heading1"/>
      </w:pPr>
      <w:r>
        <w:lastRenderedPageBreak/>
        <w:t>Vehicle Details</w:t>
      </w:r>
    </w:p>
    <w:p w14:paraId="2D97DD3A" w14:textId="77777777" w:rsidR="00EB1DC7" w:rsidRDefault="00053A6B">
      <w:r>
        <w:t>Vehicle Registration Mark (VRM): ____________________</w:t>
      </w:r>
    </w:p>
    <w:p w14:paraId="2764DA7E" w14:textId="77777777" w:rsidR="00EB1DC7" w:rsidRDefault="08EDA4D6">
      <w:r>
        <w:t>Make: ____________________</w:t>
      </w:r>
    </w:p>
    <w:p w14:paraId="6214BAD6" w14:textId="2CBBC8C9" w:rsidR="00EB1DC7" w:rsidRDefault="71A96956" w:rsidP="08EDA4D6">
      <w:proofErr w:type="gramStart"/>
      <w:r w:rsidRPr="00C02F76">
        <w:t xml:space="preserve">Model </w:t>
      </w:r>
      <w:r w:rsidR="08EDA4D6" w:rsidRPr="00C02F76">
        <w:t>:</w:t>
      </w:r>
      <w:proofErr w:type="gramEnd"/>
      <w:r w:rsidR="08EDA4D6" w:rsidRPr="08EDA4D6">
        <w:rPr>
          <w:color w:val="FF0000"/>
        </w:rPr>
        <w:t xml:space="preserve"> __</w:t>
      </w:r>
      <w:r w:rsidR="08EDA4D6">
        <w:t>__________________</w:t>
      </w:r>
    </w:p>
    <w:p w14:paraId="2C26830C" w14:textId="64051749" w:rsidR="00EB1DC7" w:rsidRDefault="1BACF8EE" w:rsidP="08EDA4D6">
      <w:r>
        <w:t>Colour ____________________</w:t>
      </w:r>
    </w:p>
    <w:p w14:paraId="4D8A07B7" w14:textId="77777777" w:rsidR="00EB1DC7" w:rsidRDefault="00053A6B">
      <w:r>
        <w:t>Please see following page for supporting documentation. Data may be shared with other departments within the Authority.</w:t>
      </w:r>
    </w:p>
    <w:p w14:paraId="5BAB57B8" w14:textId="77777777" w:rsidR="00EB1DC7" w:rsidRDefault="00053A6B">
      <w:pPr>
        <w:pStyle w:val="Heading1"/>
      </w:pPr>
      <w:r>
        <w:t>Declaration</w:t>
      </w:r>
    </w:p>
    <w:p w14:paraId="26BAB003" w14:textId="77777777" w:rsidR="00EB1DC7" w:rsidRDefault="00053A6B">
      <w:r>
        <w:t>I declare that I am the owner or keeper of the vehicle to which this application refers, and that the information given in this form is correct. I have read and understand the terms and conditions and Privacy Policy.</w:t>
      </w:r>
    </w:p>
    <w:p w14:paraId="6186F4EE" w14:textId="77777777" w:rsidR="00EB1DC7" w:rsidRDefault="00053A6B">
      <w:r>
        <w:t>Signature: ___________________</w:t>
      </w:r>
      <w:proofErr w:type="gramStart"/>
      <w:r>
        <w:t xml:space="preserve">_   </w:t>
      </w:r>
      <w:proofErr w:type="gramEnd"/>
      <w:r>
        <w:t xml:space="preserve"> Date: ____________________</w:t>
      </w:r>
    </w:p>
    <w:p w14:paraId="4BE6B2EC" w14:textId="77777777" w:rsidR="00EB1DC7" w:rsidRDefault="00053A6B">
      <w:pPr>
        <w:pStyle w:val="Heading1"/>
      </w:pPr>
      <w:r>
        <w:t>Contact Details</w:t>
      </w:r>
    </w:p>
    <w:p w14:paraId="00E5F25B" w14:textId="77777777" w:rsidR="00EB1DC7" w:rsidRDefault="00053A6B">
      <w:r>
        <w:t>Tel: 0161 770 6654</w:t>
      </w:r>
    </w:p>
    <w:p w14:paraId="02E3F8ED" w14:textId="77777777" w:rsidR="00EB1DC7" w:rsidRDefault="00053A6B">
      <w:r>
        <w:t>Email: parkingshop@oldham.gov.uk</w:t>
      </w:r>
    </w:p>
    <w:p w14:paraId="1FAB46BC" w14:textId="77777777" w:rsidR="00EB1DC7" w:rsidRDefault="00053A6B">
      <w:r>
        <w:t>Postal Address: PO Box 499, Oldham, OL1 1AA</w:t>
      </w:r>
    </w:p>
    <w:p w14:paraId="672A6659" w14:textId="77777777" w:rsidR="00EB1DC7" w:rsidRDefault="00053A6B">
      <w:r>
        <w:br w:type="page"/>
      </w:r>
    </w:p>
    <w:p w14:paraId="75F094EF" w14:textId="77777777" w:rsidR="00EB1DC7" w:rsidRDefault="00053A6B">
      <w:pPr>
        <w:pStyle w:val="Heading1"/>
      </w:pPr>
      <w:r>
        <w:lastRenderedPageBreak/>
        <w:t>Supporting Documentation</w:t>
      </w:r>
    </w:p>
    <w:p w14:paraId="28D642F8" w14:textId="77777777" w:rsidR="00EB1DC7" w:rsidRDefault="00053A6B">
      <w:pPr>
        <w:pStyle w:val="Heading2"/>
      </w:pPr>
      <w:r>
        <w:t>Residents Exemption (all)</w:t>
      </w:r>
    </w:p>
    <w:p w14:paraId="4A30F00D" w14:textId="1D9EBE39" w:rsidR="00EB1DC7" w:rsidRDefault="08EDA4D6">
      <w:r>
        <w:t>Proof of Residency (</w:t>
      </w:r>
      <w:r w:rsidR="0B403BF8" w:rsidRPr="00606EB7">
        <w:t xml:space="preserve">Utility bill /bank statement </w:t>
      </w:r>
      <w:r>
        <w:t>within last 3 months, unless annual Council Tax bill)</w:t>
      </w:r>
    </w:p>
    <w:p w14:paraId="6B560983" w14:textId="77777777" w:rsidR="00EB1DC7" w:rsidRDefault="00053A6B">
      <w:r>
        <w:t>Hire/Lease Agreement (if applicable)</w:t>
      </w:r>
    </w:p>
    <w:p w14:paraId="74D766C5" w14:textId="77777777" w:rsidR="00EB1DC7" w:rsidRDefault="00053A6B">
      <w:r>
        <w:t>Vehicle Registration Document (logbook)</w:t>
      </w:r>
    </w:p>
    <w:p w14:paraId="6D04FA8B" w14:textId="77777777" w:rsidR="00EB1DC7" w:rsidRDefault="00053A6B">
      <w:pPr>
        <w:pStyle w:val="Heading2"/>
      </w:pPr>
      <w:r>
        <w:t>Visitor/Carer Exemption</w:t>
      </w:r>
    </w:p>
    <w:p w14:paraId="1EEB484A" w14:textId="0BF169A8" w:rsidR="08EDA4D6" w:rsidRPr="00193FE2" w:rsidRDefault="08EDA4D6">
      <w:r w:rsidRPr="00193FE2">
        <w:t>Applications must be made by the resident/business property you are attending.</w:t>
      </w:r>
      <w:r w:rsidR="5D82B468" w:rsidRPr="00193FE2">
        <w:t xml:space="preserve">  A </w:t>
      </w:r>
      <w:r w:rsidR="5D82B468" w:rsidRPr="00193FE2">
        <w:rPr>
          <w:b/>
          <w:bCs/>
          <w:u w:val="single"/>
        </w:rPr>
        <w:t>copy</w:t>
      </w:r>
      <w:r w:rsidR="5D82B468" w:rsidRPr="00193FE2">
        <w:t xml:space="preserve"> of the Vehicle Registration Document (logbook) will also need to be provided.</w:t>
      </w:r>
      <w:r w:rsidR="04638274" w:rsidRPr="00193FE2">
        <w:t xml:space="preserve">  </w:t>
      </w:r>
    </w:p>
    <w:p w14:paraId="662DA0EF" w14:textId="7BB33C1F" w:rsidR="04638274" w:rsidRPr="00193FE2" w:rsidRDefault="04638274" w:rsidP="08EDA4D6">
      <w:r w:rsidRPr="00193FE2">
        <w:t xml:space="preserve">For carers, official medical </w:t>
      </w:r>
      <w:r w:rsidR="3612F9FA" w:rsidRPr="00193FE2">
        <w:t>documentation</w:t>
      </w:r>
      <w:r w:rsidRPr="00193FE2">
        <w:t xml:space="preserve"> ie </w:t>
      </w:r>
      <w:r w:rsidR="6D26C460" w:rsidRPr="00193FE2">
        <w:t>doctors'</w:t>
      </w:r>
      <w:r w:rsidRPr="00193FE2">
        <w:t xml:space="preserve"> letter, </w:t>
      </w:r>
      <w:r w:rsidR="72713F42" w:rsidRPr="00193FE2">
        <w:t xml:space="preserve">or confirmation from care company on letter headed paper </w:t>
      </w:r>
    </w:p>
    <w:p w14:paraId="00FF2F54" w14:textId="77777777" w:rsidR="00EB1DC7" w:rsidRDefault="00053A6B">
      <w:pPr>
        <w:pStyle w:val="Heading2"/>
      </w:pPr>
      <w:r>
        <w:t>Business Permit (all)</w:t>
      </w:r>
    </w:p>
    <w:p w14:paraId="28B03E0D" w14:textId="77777777" w:rsidR="00EB1DC7" w:rsidRDefault="00053A6B">
      <w:r>
        <w:t xml:space="preserve">Proof of business ownership (within last 3 months, unless annual rates </w:t>
      </w:r>
      <w:proofErr w:type="gramStart"/>
      <w:r>
        <w:t>bill</w:t>
      </w:r>
      <w:proofErr w:type="gramEnd"/>
      <w:r>
        <w:t>)</w:t>
      </w:r>
    </w:p>
    <w:p w14:paraId="1DE51FE3" w14:textId="77777777" w:rsidR="00EB1DC7" w:rsidRDefault="00053A6B">
      <w:r>
        <w:t>Vehicle Registration Document (logbook)</w:t>
      </w:r>
    </w:p>
    <w:p w14:paraId="545EE91B" w14:textId="77777777" w:rsidR="00EB1DC7" w:rsidRDefault="00053A6B">
      <w:r>
        <w:t>Hire/Lease Agreement of vehicle (if applicable)</w:t>
      </w:r>
    </w:p>
    <w:p w14:paraId="1DDCFC80" w14:textId="77777777" w:rsidR="00EB1DC7" w:rsidRDefault="00053A6B">
      <w:pPr>
        <w:pStyle w:val="Heading2"/>
      </w:pPr>
      <w:r>
        <w:t>Blue Badge</w:t>
      </w:r>
    </w:p>
    <w:p w14:paraId="00CA2A1C" w14:textId="098995F1" w:rsidR="08EDA4D6" w:rsidRDefault="08EDA4D6">
      <w:r>
        <w:t>Copy of both sides of the disabled badge</w:t>
      </w:r>
      <w:r w:rsidR="6B591971">
        <w:t xml:space="preserve"> </w:t>
      </w:r>
      <w:r w:rsidR="6B591971" w:rsidRPr="00B556E5">
        <w:t>and Vehicle Registration Document (logbook)</w:t>
      </w:r>
    </w:p>
    <w:p w14:paraId="2F8A76BD" w14:textId="77777777" w:rsidR="00EB1DC7" w:rsidRDefault="00053A6B">
      <w:pPr>
        <w:pStyle w:val="Heading2"/>
      </w:pPr>
      <w:r>
        <w:t>SEN Exemption</w:t>
      </w:r>
    </w:p>
    <w:p w14:paraId="61A7F55C" w14:textId="4EE61F4F" w:rsidR="00EB1DC7" w:rsidRDefault="08EDA4D6">
      <w:r>
        <w:t>Letter from head teacher from school</w:t>
      </w:r>
      <w:r w:rsidR="38994378">
        <w:t xml:space="preserve"> </w:t>
      </w:r>
      <w:r w:rsidR="38994378" w:rsidRPr="00B556E5">
        <w:t>(this must state the applicant</w:t>
      </w:r>
      <w:r w:rsidR="00B556E5">
        <w:t>’</w:t>
      </w:r>
      <w:r w:rsidR="38994378" w:rsidRPr="00B556E5">
        <w:t xml:space="preserve">s name) </w:t>
      </w:r>
    </w:p>
    <w:p w14:paraId="2183C5FA" w14:textId="77777777" w:rsidR="00EB1DC7" w:rsidRDefault="00053A6B">
      <w:pPr>
        <w:pStyle w:val="Heading2"/>
      </w:pPr>
      <w:r>
        <w:t>School Exemption</w:t>
      </w:r>
    </w:p>
    <w:p w14:paraId="476F913C" w14:textId="29388F20" w:rsidR="00EB1DC7" w:rsidRDefault="08EDA4D6" w:rsidP="08EDA4D6">
      <w:r>
        <w:t>Letter from head teacher from school</w:t>
      </w:r>
      <w:r w:rsidR="43926103">
        <w:t xml:space="preserve"> </w:t>
      </w:r>
      <w:r w:rsidR="43926103" w:rsidRPr="00B556E5">
        <w:t>(this must state the applicant</w:t>
      </w:r>
      <w:r w:rsidR="00B556E5">
        <w:t>’</w:t>
      </w:r>
      <w:r w:rsidR="43926103" w:rsidRPr="00B556E5">
        <w:t>s name)</w:t>
      </w:r>
    </w:p>
    <w:p w14:paraId="3E8B5035" w14:textId="77777777" w:rsidR="00EB1DC7" w:rsidRDefault="00053A6B">
      <w:r>
        <w:t>School staff see above regarding letter from head teacher</w:t>
      </w:r>
    </w:p>
    <w:p w14:paraId="6BBFC5FD" w14:textId="77777777" w:rsidR="00EB1DC7" w:rsidRDefault="00053A6B">
      <w:r>
        <w:t>Please do not send original documents through the post, as we are unable to return them.</w:t>
      </w:r>
    </w:p>
    <w:p w14:paraId="26AC246B" w14:textId="77777777" w:rsidR="00EB1DC7" w:rsidRDefault="00053A6B">
      <w:pPr>
        <w:pStyle w:val="Heading1"/>
      </w:pPr>
      <w:r>
        <w:t>General Terms and Conditions</w:t>
      </w:r>
    </w:p>
    <w:p w14:paraId="5D1E188C" w14:textId="77777777" w:rsidR="00EB1DC7" w:rsidRDefault="00053A6B">
      <w:r>
        <w:t>1. The authorisation of an exemption does not guarantee a space outside the property you are visiting.</w:t>
      </w:r>
    </w:p>
    <w:p w14:paraId="5720E2E2" w14:textId="77777777" w:rsidR="00EB1DC7" w:rsidRDefault="00053A6B">
      <w:r>
        <w:t>2. A vehicle exemption is to enter the zone and does not exempt the vehicle from contravening parking restrictions.</w:t>
      </w:r>
    </w:p>
    <w:p w14:paraId="628A8EAB" w14:textId="77777777" w:rsidR="00EB1DC7" w:rsidRDefault="00053A6B">
      <w:r>
        <w:t>3. Exemptions may not be offered for personal gain. Any abuse will result in cancellation.</w:t>
      </w:r>
    </w:p>
    <w:p w14:paraId="4A5FDDC5" w14:textId="77777777" w:rsidR="00EB1DC7" w:rsidRDefault="00053A6B">
      <w:r>
        <w:lastRenderedPageBreak/>
        <w:t>4. For information regarding our Privacy Policy visit www.oldham.gov.uk/dataprotection</w:t>
      </w:r>
    </w:p>
    <w:p w14:paraId="4BADBA8E" w14:textId="77777777" w:rsidR="00EB1DC7" w:rsidRDefault="00053A6B">
      <w:r>
        <w:t>5. Please return this form to Parking Administration, PO Box 499, Oldham OL1 9AA or email Parkingshop@oldham.gov.uk.</w:t>
      </w:r>
    </w:p>
    <w:sectPr w:rsidR="00EB1DC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9229193">
    <w:abstractNumId w:val="8"/>
  </w:num>
  <w:num w:numId="2" w16cid:durableId="949052380">
    <w:abstractNumId w:val="6"/>
  </w:num>
  <w:num w:numId="3" w16cid:durableId="567613633">
    <w:abstractNumId w:val="5"/>
  </w:num>
  <w:num w:numId="4" w16cid:durableId="1124226169">
    <w:abstractNumId w:val="4"/>
  </w:num>
  <w:num w:numId="5" w16cid:durableId="1449817362">
    <w:abstractNumId w:val="7"/>
  </w:num>
  <w:num w:numId="6" w16cid:durableId="1398631587">
    <w:abstractNumId w:val="3"/>
  </w:num>
  <w:num w:numId="7" w16cid:durableId="1671592962">
    <w:abstractNumId w:val="2"/>
  </w:num>
  <w:num w:numId="8" w16cid:durableId="511071602">
    <w:abstractNumId w:val="1"/>
  </w:num>
  <w:num w:numId="9" w16cid:durableId="812988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3A6B"/>
    <w:rsid w:val="0006063C"/>
    <w:rsid w:val="0015074B"/>
    <w:rsid w:val="00193FE2"/>
    <w:rsid w:val="0029639D"/>
    <w:rsid w:val="00326F90"/>
    <w:rsid w:val="00373B4E"/>
    <w:rsid w:val="00606EB7"/>
    <w:rsid w:val="007861F2"/>
    <w:rsid w:val="00892736"/>
    <w:rsid w:val="009E4E67"/>
    <w:rsid w:val="00AA1D8D"/>
    <w:rsid w:val="00B47730"/>
    <w:rsid w:val="00B556E5"/>
    <w:rsid w:val="00C02F76"/>
    <w:rsid w:val="00C462AB"/>
    <w:rsid w:val="00CB0664"/>
    <w:rsid w:val="00D312B2"/>
    <w:rsid w:val="00EB1DC7"/>
    <w:rsid w:val="00ED6DF6"/>
    <w:rsid w:val="00FC693F"/>
    <w:rsid w:val="01C33DF3"/>
    <w:rsid w:val="04638274"/>
    <w:rsid w:val="04EA9CBD"/>
    <w:rsid w:val="0873A1F4"/>
    <w:rsid w:val="08EDA4D6"/>
    <w:rsid w:val="0ADA6C04"/>
    <w:rsid w:val="0B403BF8"/>
    <w:rsid w:val="1BACF8EE"/>
    <w:rsid w:val="317B8660"/>
    <w:rsid w:val="329DDF0C"/>
    <w:rsid w:val="3508479F"/>
    <w:rsid w:val="358A8E4C"/>
    <w:rsid w:val="3612F9FA"/>
    <w:rsid w:val="38994378"/>
    <w:rsid w:val="4070908C"/>
    <w:rsid w:val="43926103"/>
    <w:rsid w:val="466023C3"/>
    <w:rsid w:val="4E14606B"/>
    <w:rsid w:val="50CBAA4D"/>
    <w:rsid w:val="5D82B468"/>
    <w:rsid w:val="6127CE7A"/>
    <w:rsid w:val="643D5D00"/>
    <w:rsid w:val="64C795FB"/>
    <w:rsid w:val="6B591971"/>
    <w:rsid w:val="6D26C460"/>
    <w:rsid w:val="71A96956"/>
    <w:rsid w:val="726E0BFA"/>
    <w:rsid w:val="72713F42"/>
    <w:rsid w:val="784D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ECF4D15-FDA2-4409-A694-A47890908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8F9F5A3B2289448EB279573598597F" ma:contentTypeVersion="18" ma:contentTypeDescription="Create a new document." ma:contentTypeScope="" ma:versionID="3137af448dedaf16df569ff697df0e07">
  <xsd:schema xmlns:xsd="http://www.w3.org/2001/XMLSchema" xmlns:xs="http://www.w3.org/2001/XMLSchema" xmlns:p="http://schemas.microsoft.com/office/2006/metadata/properties" xmlns:ns2="dbff3afa-e735-4a29-806a-596808872405" xmlns:ns3="b8663574-03e0-44a7-97e5-9c99d3661978" xmlns:ns4="e8a5ee86-a704-4a64-96fa-f39a4ffd7c68" targetNamespace="http://schemas.microsoft.com/office/2006/metadata/properties" ma:root="true" ma:fieldsID="43949606dcb2a7457738c039cf8e6daa" ns2:_="" ns3:_="" ns4:_="">
    <xsd:import namespace="dbff3afa-e735-4a29-806a-596808872405"/>
    <xsd:import namespace="b8663574-03e0-44a7-97e5-9c99d3661978"/>
    <xsd:import namespace="e8a5ee86-a704-4a64-96fa-f39a4ffd7c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f3afa-e735-4a29-806a-59680887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645fc1-636c-4c09-b242-fd9b0f2bfd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63574-03e0-44a7-97e5-9c99d366197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5ee86-a704-4a64-96fa-f39a4ffd7c6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02a8b2f-38b9-42b2-a83b-cd247d5562ec}" ma:internalName="TaxCatchAll" ma:showField="CatchAllData" ma:web="b8663574-03e0-44a7-97e5-9c99d36619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a5ee86-a704-4a64-96fa-f39a4ffd7c68" xsi:nil="true"/>
    <lcf76f155ced4ddcb4097134ff3c332f xmlns="dbff3afa-e735-4a29-806a-5968088724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032A01-3A5A-42EF-AF7A-49F6C61ADABE}"/>
</file>

<file path=customXml/itemProps3.xml><?xml version="1.0" encoding="utf-8"?>
<ds:datastoreItem xmlns:ds="http://schemas.openxmlformats.org/officeDocument/2006/customXml" ds:itemID="{FDE88497-7D03-4930-B8F7-86FA0FFB5C5E}"/>
</file>

<file path=customXml/itemProps4.xml><?xml version="1.0" encoding="utf-8"?>
<ds:datastoreItem xmlns:ds="http://schemas.openxmlformats.org/officeDocument/2006/customXml" ds:itemID="{7D402D51-5C61-48A2-BE09-F9A7DAA81F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453</Words>
  <Characters>2587</Characters>
  <Application>Microsoft Office Word</Application>
  <DocSecurity>0</DocSecurity>
  <Lines>21</Lines>
  <Paragraphs>6</Paragraphs>
  <ScaleCrop>false</ScaleCrop>
  <Manager/>
  <Company/>
  <LinksUpToDate>false</LinksUpToDate>
  <CharactersWithSpaces>3034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Lees</dc:creator>
  <cp:keywords/>
  <dc:description>generated by python-docx</dc:description>
  <cp:lastModifiedBy>Russell Scott</cp:lastModifiedBy>
  <cp:revision>15</cp:revision>
  <dcterms:created xsi:type="dcterms:W3CDTF">2026-07-30T10:49:00Z</dcterms:created>
  <dcterms:modified xsi:type="dcterms:W3CDTF">2026-08-03T15:57:00Z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0x0101008A8F9F5A3B2289448EB279573598597F</vt:lpwstr>
  </property>
  <property fmtid="{D5CDD505-2E9C-101B-9397-08002B2CF9AE}" pid="3" name="MediaServiceImageTags">
    <vt:lpwstr/>
  </property>
</Properties>
</file>